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B2890D" w14:textId="7AC770D7" w:rsidR="00E90871" w:rsidRDefault="00E90871">
      <w:pPr>
        <w:jc w:val="center"/>
        <w:rPr>
          <w:b/>
          <w:sz w:val="40"/>
        </w:rPr>
      </w:pPr>
      <w:r>
        <w:rPr>
          <w:noProof/>
        </w:rPr>
        <w:drawing>
          <wp:inline distT="0" distB="0" distL="0" distR="0" wp14:anchorId="708B1234" wp14:editId="48BCB06A">
            <wp:extent cx="2724150" cy="1225868"/>
            <wp:effectExtent l="0" t="0" r="0" b="0"/>
            <wp:docPr id="205901981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364" cy="123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C1F97" w14:textId="2C407BAF" w:rsidR="006B71E1" w:rsidRDefault="00000000" w:rsidP="00E90871">
      <w:pPr>
        <w:ind w:left="720" w:firstLine="720"/>
      </w:pPr>
      <w:r>
        <w:rPr>
          <w:b/>
          <w:sz w:val="40"/>
        </w:rPr>
        <w:t xml:space="preserve">Junior </w:t>
      </w:r>
      <w:proofErr w:type="spellStart"/>
      <w:r>
        <w:rPr>
          <w:b/>
          <w:sz w:val="40"/>
        </w:rPr>
        <w:t>Schnitttechniker:in</w:t>
      </w:r>
      <w:proofErr w:type="spellEnd"/>
      <w:r>
        <w:rPr>
          <w:b/>
          <w:sz w:val="40"/>
        </w:rPr>
        <w:t xml:space="preserve"> (m/w/d)</w:t>
      </w:r>
      <w:r>
        <w:rPr>
          <w:b/>
          <w:sz w:val="40"/>
        </w:rPr>
        <w:br/>
      </w:r>
    </w:p>
    <w:p w14:paraId="3574AB30" w14:textId="77777777" w:rsidR="006B71E1" w:rsidRDefault="00000000">
      <w:pPr>
        <w:jc w:val="center"/>
      </w:pPr>
      <w:r>
        <w:rPr>
          <w:b/>
          <w:sz w:val="28"/>
        </w:rPr>
        <w:t>Schwerpunkt Schnitttechnik – Arbeitsbekleidung &amp; PSA</w:t>
      </w:r>
      <w:r>
        <w:rPr>
          <w:b/>
          <w:sz w:val="28"/>
        </w:rPr>
        <w:br/>
      </w:r>
    </w:p>
    <w:p w14:paraId="57D82747" w14:textId="77777777" w:rsidR="006B71E1" w:rsidRDefault="00000000">
      <w:r>
        <w:rPr>
          <w:b/>
        </w:rPr>
        <w:t xml:space="preserve">Du willst nicht einfach Mode machen – sondern funktionierende Produkte? </w:t>
      </w:r>
      <w:r>
        <w:t>Dann bist du bei uns richtig.</w:t>
      </w:r>
      <w:r>
        <w:br/>
      </w:r>
      <w:r>
        <w:br/>
        <w:t>Wir entwickeln hochfunktionale Arbeitsbekleidung und PSA mit Fokus auf perfekte Passform und technische Präzision.</w:t>
      </w:r>
    </w:p>
    <w:p w14:paraId="1A67BCA4" w14:textId="77777777" w:rsidR="006B71E1" w:rsidRDefault="00000000">
      <w:r>
        <w:rPr>
          <w:b/>
          <w:sz w:val="24"/>
        </w:rPr>
        <w:br/>
        <w:t>Deine Aufgaben</w:t>
      </w:r>
    </w:p>
    <w:p w14:paraId="18BC9DFF" w14:textId="77777777" w:rsidR="006B71E1" w:rsidRDefault="00000000">
      <w:r>
        <w:t>• Entwicklung und Optimierung von Schnitten für Workwear &amp; PSA</w:t>
      </w:r>
    </w:p>
    <w:p w14:paraId="1705FEE1" w14:textId="77777777" w:rsidR="006B71E1" w:rsidRDefault="00000000">
      <w:r>
        <w:t>• Technischer Fokus auf Passform, Funktion und Umsetzbarkeit</w:t>
      </w:r>
    </w:p>
    <w:p w14:paraId="5C0FBCE7" w14:textId="77777777" w:rsidR="006B71E1" w:rsidRDefault="00000000">
      <w:r>
        <w:t>• Mitarbeit bei Musterentwicklung und Fittings</w:t>
      </w:r>
    </w:p>
    <w:p w14:paraId="62CEC87A" w14:textId="77777777" w:rsidR="006B71E1" w:rsidRDefault="00000000">
      <w:r>
        <w:t>• Erstellung von Maßtabellen und technischen Unterlagen</w:t>
      </w:r>
    </w:p>
    <w:p w14:paraId="31EDD301" w14:textId="77777777" w:rsidR="006B71E1" w:rsidRDefault="00000000">
      <w:r>
        <w:t>• Zusammenarbeit mit internationalen Produktionspartnern</w:t>
      </w:r>
    </w:p>
    <w:p w14:paraId="0BC4894F" w14:textId="77777777" w:rsidR="006B71E1" w:rsidRDefault="00000000">
      <w:r>
        <w:rPr>
          <w:b/>
          <w:sz w:val="24"/>
        </w:rPr>
        <w:br/>
        <w:t>Dein Profil</w:t>
      </w:r>
    </w:p>
    <w:p w14:paraId="0DD45B2B" w14:textId="77777777" w:rsidR="006B71E1" w:rsidRDefault="00000000">
      <w:r>
        <w:t>• Abgeschlossene Modeschule oder Bekleidungstechnik</w:t>
      </w:r>
    </w:p>
    <w:p w14:paraId="26BA2E54" w14:textId="77777777" w:rsidR="006B71E1" w:rsidRDefault="00000000">
      <w:r>
        <w:t>• Begeisterung für Schnitttechnik und Konstruktion</w:t>
      </w:r>
    </w:p>
    <w:p w14:paraId="4F901EB6" w14:textId="77777777" w:rsidR="006B71E1" w:rsidRDefault="00000000">
      <w:r>
        <w:t>• Verständnis für Materialien und Passform</w:t>
      </w:r>
    </w:p>
    <w:p w14:paraId="66F70FEB" w14:textId="77777777" w:rsidR="006B71E1" w:rsidRDefault="00000000">
      <w:r>
        <w:t>• Strukturierte und genaue Arbeitsweise</w:t>
      </w:r>
    </w:p>
    <w:p w14:paraId="2123C5DF" w14:textId="77777777" w:rsidR="00041390" w:rsidRDefault="00041390">
      <w:pPr>
        <w:rPr>
          <w:b/>
          <w:sz w:val="24"/>
        </w:rPr>
      </w:pPr>
    </w:p>
    <w:p w14:paraId="3E36C4ED" w14:textId="77777777" w:rsidR="00041390" w:rsidRDefault="00041390">
      <w:pPr>
        <w:rPr>
          <w:b/>
          <w:sz w:val="24"/>
        </w:rPr>
      </w:pPr>
    </w:p>
    <w:p w14:paraId="2F2AA87A" w14:textId="746ABF38" w:rsidR="006B71E1" w:rsidRDefault="00000000">
      <w:r>
        <w:rPr>
          <w:b/>
          <w:sz w:val="24"/>
        </w:rPr>
        <w:lastRenderedPageBreak/>
        <w:br/>
        <w:t>Warum dieser Job spannend ist</w:t>
      </w:r>
    </w:p>
    <w:p w14:paraId="128E1EB3" w14:textId="77777777" w:rsidR="006B71E1" w:rsidRDefault="00000000">
      <w:r>
        <w:t>• Spezialisierung auf technische Bekleidung (PSA)</w:t>
      </w:r>
    </w:p>
    <w:p w14:paraId="713C6C5A" w14:textId="77777777" w:rsidR="006B71E1" w:rsidRDefault="00000000">
      <w:r>
        <w:t>• Entwicklung von gefragtem Experten-Know-how</w:t>
      </w:r>
    </w:p>
    <w:p w14:paraId="3615A2CB" w14:textId="77777777" w:rsidR="006B71E1" w:rsidRDefault="00000000">
      <w:r>
        <w:t>• Einblick in internationale Produktion</w:t>
      </w:r>
    </w:p>
    <w:p w14:paraId="77132760" w14:textId="77777777" w:rsidR="006B71E1" w:rsidRDefault="00000000">
      <w:r>
        <w:rPr>
          <w:b/>
          <w:sz w:val="24"/>
        </w:rPr>
        <w:br/>
        <w:t>Wir bieten</w:t>
      </w:r>
    </w:p>
    <w:p w14:paraId="34DA81B7" w14:textId="77777777" w:rsidR="006B71E1" w:rsidRDefault="00000000">
      <w:r>
        <w:t>• Einstiegsmöglichkeit mit Entwicklungsperspektive</w:t>
      </w:r>
    </w:p>
    <w:p w14:paraId="3DAF1C6D" w14:textId="77777777" w:rsidR="006B71E1" w:rsidRDefault="00000000">
      <w:r>
        <w:t>• Modernes Arbeitsumfeld und klare Prozesse</w:t>
      </w:r>
    </w:p>
    <w:p w14:paraId="01E25E5D" w14:textId="77777777" w:rsidR="006B71E1" w:rsidRDefault="00000000">
      <w:r>
        <w:t xml:space="preserve">• </w:t>
      </w:r>
      <w:proofErr w:type="spellStart"/>
      <w:r>
        <w:t>Attraktives</w:t>
      </w:r>
      <w:proofErr w:type="spellEnd"/>
      <w:r>
        <w:t xml:space="preserve"> </w:t>
      </w:r>
      <w:proofErr w:type="spellStart"/>
      <w:r>
        <w:t>Gehalt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Überzahlungsmöglichkeit</w:t>
      </w:r>
      <w:proofErr w:type="spellEnd"/>
    </w:p>
    <w:p w14:paraId="4BA76D61" w14:textId="77777777" w:rsidR="00DA1267" w:rsidRDefault="00DA1267"/>
    <w:p w14:paraId="5CEC970B" w14:textId="77777777" w:rsidR="00DA1267" w:rsidRDefault="00DA1267"/>
    <w:p w14:paraId="6B57A70D" w14:textId="34782B5D" w:rsidR="00DA1267" w:rsidRDefault="00DA1267">
      <w:pPr>
        <w:rPr>
          <w:b/>
          <w:bCs/>
        </w:rPr>
      </w:pPr>
      <w:r w:rsidRPr="00DA1267">
        <w:rPr>
          <w:b/>
          <w:bCs/>
        </w:rPr>
        <w:t xml:space="preserve">Haben </w:t>
      </w:r>
      <w:proofErr w:type="spellStart"/>
      <w:r w:rsidRPr="00DA1267">
        <w:rPr>
          <w:b/>
          <w:bCs/>
        </w:rPr>
        <w:t>wir</w:t>
      </w:r>
      <w:proofErr w:type="spellEnd"/>
      <w:r w:rsidRPr="00DA1267">
        <w:rPr>
          <w:b/>
          <w:bCs/>
        </w:rPr>
        <w:t xml:space="preserve"> Dein Interesse </w:t>
      </w:r>
      <w:proofErr w:type="spellStart"/>
      <w:r w:rsidRPr="00DA1267">
        <w:rPr>
          <w:b/>
          <w:bCs/>
        </w:rPr>
        <w:t>geweckt</w:t>
      </w:r>
      <w:proofErr w:type="spellEnd"/>
      <w:r w:rsidRPr="00DA1267">
        <w:rPr>
          <w:b/>
          <w:bCs/>
        </w:rPr>
        <w:t xml:space="preserve">? </w:t>
      </w:r>
    </w:p>
    <w:p w14:paraId="68AFA342" w14:textId="5CD8C035" w:rsidR="00DA1267" w:rsidRDefault="00DA1267">
      <w:r>
        <w:t xml:space="preserve">Dann </w:t>
      </w:r>
      <w:proofErr w:type="spellStart"/>
      <w:r>
        <w:t>freuen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auf </w:t>
      </w:r>
      <w:proofErr w:type="spellStart"/>
      <w:r>
        <w:t>Deine</w:t>
      </w:r>
      <w:proofErr w:type="spellEnd"/>
      <w:r>
        <w:t xml:space="preserve"> </w:t>
      </w:r>
      <w:proofErr w:type="spellStart"/>
      <w:r>
        <w:t>Bewerbung</w:t>
      </w:r>
      <w:proofErr w:type="spellEnd"/>
      <w:r>
        <w:t>!</w:t>
      </w:r>
    </w:p>
    <w:p w14:paraId="3604CE7E" w14:textId="720BE5E5" w:rsidR="00DA1267" w:rsidRDefault="00041390">
      <w:hyperlink r:id="rId7" w:history="1">
        <w:r w:rsidRPr="00CE7AB0">
          <w:rPr>
            <w:rStyle w:val="Hyperlink"/>
          </w:rPr>
          <w:t>heinz@workperformance.at</w:t>
        </w:r>
      </w:hyperlink>
    </w:p>
    <w:p w14:paraId="629456B4" w14:textId="257039F5" w:rsidR="00041390" w:rsidRDefault="00041390">
      <w:hyperlink r:id="rId8" w:history="1">
        <w:r w:rsidRPr="00CE7AB0">
          <w:rPr>
            <w:rStyle w:val="Hyperlink"/>
          </w:rPr>
          <w:t>CAD@workperformance.at</w:t>
        </w:r>
      </w:hyperlink>
    </w:p>
    <w:p w14:paraId="54A75CA6" w14:textId="77777777" w:rsidR="00041390" w:rsidRDefault="00041390"/>
    <w:p w14:paraId="7168D8BD" w14:textId="77777777" w:rsidR="00041390" w:rsidRPr="00DA1267" w:rsidRDefault="00041390"/>
    <w:sectPr w:rsidR="00041390" w:rsidRPr="00DA126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7905141">
    <w:abstractNumId w:val="8"/>
  </w:num>
  <w:num w:numId="2" w16cid:durableId="902715593">
    <w:abstractNumId w:val="6"/>
  </w:num>
  <w:num w:numId="3" w16cid:durableId="737099089">
    <w:abstractNumId w:val="5"/>
  </w:num>
  <w:num w:numId="4" w16cid:durableId="2058628764">
    <w:abstractNumId w:val="4"/>
  </w:num>
  <w:num w:numId="5" w16cid:durableId="73668780">
    <w:abstractNumId w:val="7"/>
  </w:num>
  <w:num w:numId="6" w16cid:durableId="1693143738">
    <w:abstractNumId w:val="3"/>
  </w:num>
  <w:num w:numId="7" w16cid:durableId="1925644991">
    <w:abstractNumId w:val="2"/>
  </w:num>
  <w:num w:numId="8" w16cid:durableId="1740982132">
    <w:abstractNumId w:val="1"/>
  </w:num>
  <w:num w:numId="9" w16cid:durableId="106830613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390"/>
    <w:rsid w:val="0006063C"/>
    <w:rsid w:val="0015074B"/>
    <w:rsid w:val="001B1115"/>
    <w:rsid w:val="0029639D"/>
    <w:rsid w:val="00326F90"/>
    <w:rsid w:val="005C0AB2"/>
    <w:rsid w:val="006B71E1"/>
    <w:rsid w:val="00870B2C"/>
    <w:rsid w:val="00AA1D8D"/>
    <w:rsid w:val="00B47730"/>
    <w:rsid w:val="00BF5A69"/>
    <w:rsid w:val="00CB0664"/>
    <w:rsid w:val="00DA1267"/>
    <w:rsid w:val="00E90871"/>
    <w:rsid w:val="00FC693F"/>
    <w:rsid w:val="00F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DE4CD2"/>
  <w14:defaultImageDpi w14:val="300"/>
  <w15:docId w15:val="{62C297BE-7D0A-40C4-853E-1DBE4F2E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04139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41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D@workperformance.at" TargetMode="External"/><Relationship Id="rId3" Type="http://schemas.openxmlformats.org/officeDocument/2006/relationships/styles" Target="styles.xml"/><Relationship Id="rId7" Type="http://schemas.openxmlformats.org/officeDocument/2006/relationships/hyperlink" Target="mailto:heinz@workperformance.a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Klaus-Werner Scheele</cp:lastModifiedBy>
  <cp:revision>2</cp:revision>
  <dcterms:created xsi:type="dcterms:W3CDTF">2026-07-09T08:20:00Z</dcterms:created>
  <dcterms:modified xsi:type="dcterms:W3CDTF">2026-07-09T08:20:00Z</dcterms:modified>
  <cp:category/>
</cp:coreProperties>
</file>